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10466"/>
      </w:tblGrid>
      <w:tr>
        <w:trPr>
          <w:trHeight w:val="60" w:hRule="atLeast"/>
        </w:trP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shd w:val="clear" w:color="auto" w:fill="0B0D1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4"/>
              </w:rPr>
            </w:r>
          </w:p>
        </w:tc>
      </w:tr>
    </w:tbl>
    <w:tbl>
      <w:tblPr>
        <w:tblW w:type="dxa" w:w="10465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3663"/>
      </w:tblGrid>
      <w:tr>
        <w:tc>
          <w:tcPr>
            <w:tcW w:type="dxa" w:w="680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36"/>
              </w:rPr>
              <w:t>ORDEN DE TRABAJO</w:t>
            </w:r>
          </w:p>
        </w:tc>
        <w:tc>
          <w:tcPr>
            <w:tcW w:type="dxa" w:w="366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4"/>
              </w:rPr>
              <w:t>Nº ____________</w:t>
            </w:r>
          </w:p>
        </w:tc>
      </w:tr>
      <w:tr>
        <w:tc>
          <w:tcPr>
            <w:tcW w:type="dxa" w:w="680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5A5B63"/>
                <w:sz w:val="18"/>
              </w:rPr>
              <w:t>Empresa · teléfono · correo: ________________________________</w:t>
            </w:r>
          </w:p>
        </w:tc>
        <w:tc>
          <w:tcPr>
            <w:tcW w:type="dxa" w:w="366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A5B63"/>
                <w:sz w:val="18"/>
              </w:rPr>
              <w:t>Fecha de alta ____________</w:t>
            </w:r>
          </w:p>
        </w:tc>
      </w:tr>
    </w:tbl>
    <w:p>
      <w:pPr>
        <w:spacing w:after="40"/>
      </w:pP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ENTRÓ POR (MARCA UNO)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Teléfono     ☐ Correo     ☐ WhatsApp     ☐ Web     ☐ Preventivo programado</w:t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CLIENTE</w:t>
            </w:r>
          </w:p>
        </w:tc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PERSONA DE CONTACTO Y TELÉFONO</w:t>
            </w:r>
          </w:p>
        </w:tc>
      </w:tr>
      <w:tr>
        <w:trPr>
          <w:trHeight w:val="360" w:hRule="atLeast"/>
        </w:trPr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DIRECCIÓN DE LA INTERVENCIÓN</w:t>
            </w:r>
          </w:p>
        </w:tc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CONTRATO DE MANTENIMIENTO (Nº)</w:t>
            </w:r>
          </w:p>
        </w:tc>
      </w:tr>
      <w:tr>
        <w:trPr>
          <w:trHeight w:val="360" w:hRule="atLeast"/>
        </w:trPr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EQUIPO (TIPO, MARCA, MODELO)</w:t>
            </w:r>
          </w:p>
        </w:tc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Nº DE SERIE O INVENTARIO</w:t>
            </w:r>
          </w:p>
        </w:tc>
      </w:tr>
      <w:tr>
        <w:trPr>
          <w:trHeight w:val="360" w:hRule="atLeast"/>
        </w:trPr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AVERÍA COMUNICADA (QUÉ PASA, DESDE CUÁNDO, CÓDIGO DE ALARMA)</w:t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10466"/>
      </w:tblGrid>
      <w:tr>
        <w:trPr>
          <w:trHeight w:val="1080" w:hRule="atLeast"/>
        </w:trPr>
        <w:tc>
          <w:tcPr>
            <w:tcW w:type="dxa" w:w="10466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TIPO (MARCA UNO)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Correctivo     ☐ Preventivo     ☐ Instalación     ☐ Presupuesto</w:t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PRIORIDAD (MARCA UNO)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Urgente: hoy     ☐ Normal: 24–48 h     ☐ Programada</w:t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TÉCNICO ASIGNADO</w:t>
            </w:r>
          </w:p>
        </w:tc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FECHA Y HORA PREVISTA</w:t>
            </w:r>
          </w:p>
        </w:tc>
      </w:tr>
      <w:tr>
        <w:trPr>
          <w:trHeight w:val="360" w:hRule="atLeast"/>
        </w:trPr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233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INSTRUCCIONES Y ACCESO (LLAVES, HORARIO, QUIÉN RECIBE)</w:t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10466"/>
      </w:tblGrid>
      <w:tr>
        <w:trPr>
          <w:trHeight w:val="720" w:hRule="atLeast"/>
        </w:trPr>
        <w:tc>
          <w:tcPr>
            <w:tcW w:type="dxa" w:w="10466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MATERIAL PREVISTO</w:t>
      </w:r>
    </w:p>
    <w:tbl>
      <w:tblPr>
        <w:tblW w:type="dxa" w:w="10465"/>
        <w:jc w:val="center"/>
        <w:tblLayout w:type="fixed"/>
        <w:tblLook w:firstColumn="1" w:firstRow="1" w:lastColumn="0" w:lastRow="0" w:noHBand="0" w:noVBand="1" w:val="04A0"/>
      </w:tblPr>
      <w:tblGrid>
        <w:gridCol w:w="3489"/>
        <w:gridCol w:w="5233"/>
        <w:gridCol w:w="1744"/>
      </w:tblGrid>
      <w:tr>
        <w:tc>
          <w:tcPr>
            <w:tcW w:type="dxa" w:w="3489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Referencia</w:t>
            </w:r>
          </w:p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Descripción</w:t>
            </w:r>
          </w:p>
        </w:tc>
        <w:tc>
          <w:tcPr>
            <w:tcW w:type="dxa" w:w="1744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Cantidad</w:t>
            </w:r>
          </w:p>
        </w:tc>
      </w:tr>
      <w:tr>
        <w:trPr>
          <w:trHeight w:val="360" w:hRule="atLeast"/>
        </w:trPr>
        <w:tc>
          <w:tcPr>
            <w:tcW w:type="dxa" w:w="3489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744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489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744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489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744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489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744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465"/>
        <w:jc w:val="center"/>
        <w:tblLayout w:type="fixed"/>
        <w:tblLook w:firstColumn="1" w:firstRow="1" w:lastColumn="0" w:lastRow="0" w:noHBand="0" w:noVBand="1" w:val="04A0"/>
      </w:tblPr>
      <w:tblGrid>
        <w:gridCol w:w="3489"/>
        <w:gridCol w:w="3489"/>
        <w:gridCol w:w="3489"/>
      </w:tblGrid>
      <w:tr>
        <w:tc>
          <w:tcPr>
            <w:tcW w:type="dxa" w:w="348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PARTE DE TRABAJO Nº</w:t>
            </w:r>
          </w:p>
        </w:tc>
        <w:tc>
          <w:tcPr>
            <w:tcW w:type="dxa" w:w="348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FECHA DE CIERRE</w:t>
            </w:r>
          </w:p>
        </w:tc>
        <w:tc>
          <w:tcPr>
            <w:tcW w:type="dxa" w:w="348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HORAS TOTALES</w:t>
            </w:r>
          </w:p>
        </w:tc>
      </w:tr>
      <w:tr>
        <w:trPr>
          <w:trHeight w:val="360" w:hRule="atLeast"/>
        </w:trPr>
        <w:tc>
          <w:tcPr>
            <w:tcW w:type="dxa" w:w="3489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3489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3489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CIERRE (MARCA UNO)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Resuelta     ☐ Pendiente de pieza     ☐ Pendiente de presupuesto     ☐ Anulada</w:t>
      </w:r>
    </w:p>
    <w:tbl>
      <w:tblPr>
        <w:tblW w:type="dxa" w:w="10466"/>
        <w:jc w:val="center"/>
        <w:tblLayout w:type="fixed"/>
        <w:tblLook w:firstColumn="1" w:firstRow="1" w:lastColumn="0" w:lastRow="0" w:noHBand="0" w:noVBand="1" w:val="04A0"/>
      </w:tblPr>
      <w:tblGrid>
        <w:gridCol w:w="5233"/>
        <w:gridCol w:w="5233"/>
      </w:tblGrid>
      <w:tr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ABIERTA POR (OFICINA)</w:t>
            </w:r>
          </w:p>
        </w:tc>
        <w:tc>
          <w:tcPr>
            <w:tcW w:type="dxa" w:w="523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CERRADA POR (OFICINA)</w:t>
            </w:r>
          </w:p>
        </w:tc>
      </w:tr>
      <w:tr>
        <w:trPr>
          <w:trHeight w:val="1200" w:hRule="atLeast"/>
        </w:trPr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233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sectPr w:rsidR="00FC693F" w:rsidRPr="0006063C" w:rsidSect="00034616">
      <w:pgSz w:w="11906" w:h="16838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trabajo</dc:title>
  <dc:subject/>
  <dc:creator>Delegic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