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0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val="60" w:hRule="atLeast"/>
        </w:trPr>
        <w:tc>
          <w:tcPr>
            <w:tcW w:type="dxa" w:w="10800"/>
            <w:tcBorders>
              <w:top w:val="nil"/>
              <w:left w:val="nil"/>
              <w:bottom w:val="nil"/>
              <w:right w:val="nil"/>
            </w:tcBorders>
            <w:shd w:val="clear" w:color="auto" w:fill="0B0D1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4"/>
              </w:rPr>
            </w:r>
          </w:p>
        </w:tc>
      </w:tr>
    </w:tbl>
    <w:tbl>
      <w:tblPr>
        <w:tblW w:type="dxa" w:w="10800"/>
        <w:jc w:val="center"/>
        <w:tblLayout w:type="fixed"/>
        <w:tblLook w:firstColumn="1" w:firstRow="1" w:lastColumn="0" w:lastRow="0" w:noHBand="0" w:noVBand="1" w:val="04A0"/>
      </w:tblPr>
      <w:tblGrid>
        <w:gridCol w:w="7020"/>
        <w:gridCol w:w="3780"/>
      </w:tblGrid>
      <w:tr>
        <w:tc>
          <w:tcPr>
            <w:tcW w:type="dxa" w:w="702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36"/>
              </w:rPr>
              <w:t>WORK ORDER</w:t>
            </w:r>
          </w:p>
        </w:tc>
        <w:tc>
          <w:tcPr>
            <w:tcW w:type="dxa" w:w="378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24"/>
              </w:rPr>
              <w:t>No. ____________</w:t>
            </w:r>
          </w:p>
        </w:tc>
      </w:tr>
      <w:tr>
        <w:tc>
          <w:tcPr>
            <w:tcW w:type="dxa" w:w="702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5A5B63"/>
                <w:sz w:val="18"/>
              </w:rPr>
              <w:t>Company · phone · email: ________________________________</w:t>
            </w:r>
          </w:p>
        </w:tc>
        <w:tc>
          <w:tcPr>
            <w:tcW w:type="dxa" w:w="378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5A5B63"/>
                <w:sz w:val="18"/>
              </w:rPr>
              <w:t>Date opened ____________</w:t>
            </w:r>
          </w:p>
        </w:tc>
      </w:tr>
    </w:tbl>
    <w:p>
      <w:pPr>
        <w:spacing w:after="40"/>
      </w:pP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RECEIVED BY (CHECK ONE)</w:t>
      </w:r>
    </w:p>
    <w:p>
      <w:pPr>
        <w:spacing w:after="120" w:before="0"/>
      </w:pPr>
      <w:r>
        <w:rPr>
          <w:rFonts w:ascii="Arial" w:hAnsi="Arial"/>
          <w:b w:val="0"/>
          <w:sz w:val="20"/>
        </w:rPr>
        <w:t>☐ Phone     ☐ Email     ☐ Text / WhatsApp     ☐ Website     ☐ Scheduled PM</w:t>
      </w:r>
    </w:p>
    <w:tbl>
      <w:tblPr>
        <w:tblW w:type="dxa" w:w="1080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CUSTOMER</w:t>
            </w:r>
          </w:p>
        </w:tc>
        <w:tc>
          <w:tcPr>
            <w:tcW w:type="dxa" w:w="54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CONTACT NAME AND PHONE</w:t>
            </w:r>
          </w:p>
        </w:tc>
      </w:tr>
      <w:tr>
        <w:trPr>
          <w:trHeight w:val="360" w:hRule="atLeast"/>
        </w:trPr>
        <w:tc>
          <w:tcPr>
            <w:tcW w:type="dxa" w:w="5400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  <w:tc>
          <w:tcPr>
            <w:tcW w:type="dxa" w:w="5400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tbl>
      <w:tblPr>
        <w:tblW w:type="dxa" w:w="1080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JOB SITE ADDRESS</w:t>
            </w:r>
          </w:p>
        </w:tc>
        <w:tc>
          <w:tcPr>
            <w:tcW w:type="dxa" w:w="54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SERVICE AGREEMENT NO.</w:t>
            </w:r>
          </w:p>
        </w:tc>
      </w:tr>
      <w:tr>
        <w:trPr>
          <w:trHeight w:val="360" w:hRule="atLeast"/>
        </w:trPr>
        <w:tc>
          <w:tcPr>
            <w:tcW w:type="dxa" w:w="5400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  <w:tc>
          <w:tcPr>
            <w:tcW w:type="dxa" w:w="5400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tbl>
      <w:tblPr>
        <w:tblW w:type="dxa" w:w="1080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EQUIPMENT (TYPE, MAKE, MODEL)</w:t>
            </w:r>
          </w:p>
        </w:tc>
        <w:tc>
          <w:tcPr>
            <w:tcW w:type="dxa" w:w="54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SERIAL OR ASSET NO.</w:t>
            </w:r>
          </w:p>
        </w:tc>
      </w:tr>
      <w:tr>
        <w:trPr>
          <w:trHeight w:val="360" w:hRule="atLeast"/>
        </w:trPr>
        <w:tc>
          <w:tcPr>
            <w:tcW w:type="dxa" w:w="5400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  <w:tc>
          <w:tcPr>
            <w:tcW w:type="dxa" w:w="5400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PROBLEM REPORTED (WHAT’S WRONG, SINCE WHEN, ERROR CODE)</w:t>
      </w:r>
    </w:p>
    <w:tbl>
      <w:tblPr>
        <w:tblW w:type="dxa" w:w="1080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val="1080" w:hRule="atLeast"/>
        </w:trPr>
        <w:tc>
          <w:tcPr>
            <w:tcW w:type="dxa" w:w="108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TYPE (CHECK ONE)</w:t>
      </w:r>
    </w:p>
    <w:p>
      <w:pPr>
        <w:spacing w:after="120" w:before="0"/>
      </w:pPr>
      <w:r>
        <w:rPr>
          <w:rFonts w:ascii="Arial" w:hAnsi="Arial"/>
          <w:b w:val="0"/>
          <w:sz w:val="20"/>
        </w:rPr>
        <w:t>☐ Corrective     ☐ Preventive     ☐ Installation     ☐ Quote</w:t>
      </w: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PRIORITY (CHECK ONE)</w:t>
      </w:r>
    </w:p>
    <w:p>
      <w:pPr>
        <w:spacing w:after="120" w:before="0"/>
      </w:pPr>
      <w:r>
        <w:rPr>
          <w:rFonts w:ascii="Arial" w:hAnsi="Arial"/>
          <w:b w:val="0"/>
          <w:sz w:val="20"/>
        </w:rPr>
        <w:t>☐ Emergency: today     ☐ Standard: 24–48 h     ☐ Scheduled</w:t>
      </w:r>
    </w:p>
    <w:tbl>
      <w:tblPr>
        <w:tblW w:type="dxa" w:w="1080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ASSIGNED TECHNICIAN</w:t>
            </w:r>
          </w:p>
        </w:tc>
        <w:tc>
          <w:tcPr>
            <w:tcW w:type="dxa" w:w="54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SCHEDULED DATE AND TIME</w:t>
            </w:r>
          </w:p>
        </w:tc>
      </w:tr>
      <w:tr>
        <w:trPr>
          <w:trHeight w:val="360" w:hRule="atLeast"/>
        </w:trPr>
        <w:tc>
          <w:tcPr>
            <w:tcW w:type="dxa" w:w="5400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  <w:tc>
          <w:tcPr>
            <w:tcW w:type="dxa" w:w="5400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INSTRUCTIONS AND ACCESS (KEYS, HOURS, WHO TO ASK FOR)</w:t>
      </w:r>
    </w:p>
    <w:tbl>
      <w:tblPr>
        <w:tblW w:type="dxa" w:w="1080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val="720" w:hRule="atLeast"/>
        </w:trPr>
        <w:tc>
          <w:tcPr>
            <w:tcW w:type="dxa" w:w="108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PLANNED MATERIALS</w:t>
      </w:r>
    </w:p>
    <w:tbl>
      <w:tblPr>
        <w:tblW w:type="dxa" w:w="1080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5400"/>
        <w:gridCol w:w="1800"/>
      </w:tblGrid>
      <w:tr>
        <w:tc>
          <w:tcPr>
            <w:tcW w:type="dxa" w:w="36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  <w:shd w:val="clear" w:color="auto" w:fill="F1F2F4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17"/>
              </w:rPr>
              <w:t>Part no.</w:t>
            </w:r>
          </w:p>
        </w:tc>
        <w:tc>
          <w:tcPr>
            <w:tcW w:type="dxa" w:w="54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  <w:shd w:val="clear" w:color="auto" w:fill="F1F2F4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17"/>
              </w:rPr>
              <w:t>Description</w:t>
            </w:r>
          </w:p>
        </w:tc>
        <w:tc>
          <w:tcPr>
            <w:tcW w:type="dxa" w:w="18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  <w:shd w:val="clear" w:color="auto" w:fill="F1F2F4"/>
          </w:tcPr>
          <w:p>
            <w:pPr>
              <w:spacing w:after="0" w:before="0"/>
            </w:pPr>
            <w:r>
              <w:rPr>
                <w:rFonts w:ascii="Arial" w:hAnsi="Arial"/>
                <w:b/>
                <w:sz w:val="17"/>
              </w:rPr>
              <w:t>Quantity</w:t>
            </w:r>
          </w:p>
        </w:tc>
      </w:tr>
      <w:tr>
        <w:trPr>
          <w:trHeight w:val="360" w:hRule="atLeast"/>
        </w:trPr>
        <w:tc>
          <w:tcPr>
            <w:tcW w:type="dxa" w:w="36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54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18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  <w:tr>
        <w:trPr>
          <w:trHeight w:val="360" w:hRule="atLeast"/>
        </w:trPr>
        <w:tc>
          <w:tcPr>
            <w:tcW w:type="dxa" w:w="36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54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18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  <w:tr>
        <w:trPr>
          <w:trHeight w:val="360" w:hRule="atLeast"/>
        </w:trPr>
        <w:tc>
          <w:tcPr>
            <w:tcW w:type="dxa" w:w="36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54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18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  <w:tr>
        <w:trPr>
          <w:trHeight w:val="360" w:hRule="atLeast"/>
        </w:trPr>
        <w:tc>
          <w:tcPr>
            <w:tcW w:type="dxa" w:w="36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54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18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tbl>
      <w:tblPr>
        <w:tblW w:type="dxa" w:w="1080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SERVICE REPORT NO.</w:t>
            </w:r>
          </w:p>
        </w:tc>
        <w:tc>
          <w:tcPr>
            <w:tcW w:type="dxa" w:w="36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DATE CLOSED</w:t>
            </w:r>
          </w:p>
        </w:tc>
        <w:tc>
          <w:tcPr>
            <w:tcW w:type="dxa" w:w="36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TOTAL HOURS</w:t>
            </w:r>
          </w:p>
        </w:tc>
      </w:tr>
      <w:tr>
        <w:trPr>
          <w:trHeight w:val="360" w:hRule="atLeast"/>
        </w:trPr>
        <w:tc>
          <w:tcPr>
            <w:tcW w:type="dxa" w:w="3600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  <w:tc>
          <w:tcPr>
            <w:tcW w:type="dxa" w:w="3600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  <w:tc>
          <w:tcPr>
            <w:tcW w:type="dxa" w:w="3600"/>
            <w:tcBorders>
              <w:top w:val="nil"/>
              <w:left w:val="nil"/>
              <w:bottom w:val="single" w:sz="6" w:color="C9CBD3"/>
              <w:right w:val="nil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sz w:val="8"/>
        </w:rPr>
      </w:r>
    </w:p>
    <w:p>
      <w:pPr>
        <w:spacing w:after="40" w:before="0"/>
      </w:pPr>
      <w:r>
        <w:rPr>
          <w:rFonts w:ascii="Arial" w:hAnsi="Arial"/>
          <w:b/>
          <w:color w:val="5A5B63"/>
          <w:sz w:val="15"/>
        </w:rPr>
        <w:t>CLOSED AS (CHECK ONE)</w:t>
      </w:r>
    </w:p>
    <w:p>
      <w:pPr>
        <w:spacing w:after="120" w:before="0"/>
      </w:pPr>
      <w:r>
        <w:rPr>
          <w:rFonts w:ascii="Arial" w:hAnsi="Arial"/>
          <w:b w:val="0"/>
          <w:sz w:val="20"/>
        </w:rPr>
        <w:t>☐ Completed     ☐ Waiting for part     ☐ Waiting for quote     ☐ Canceled</w:t>
      </w:r>
    </w:p>
    <w:tbl>
      <w:tblPr>
        <w:tblW w:type="dxa" w:w="1080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OPENED BY (OFFICE)</w:t>
            </w:r>
          </w:p>
        </w:tc>
        <w:tc>
          <w:tcPr>
            <w:tcW w:type="dxa" w:w="540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0"/>
            </w:pPr>
            <w:r>
              <w:rPr>
                <w:rFonts w:ascii="Arial" w:hAnsi="Arial"/>
                <w:b/>
                <w:color w:val="5A5B63"/>
                <w:sz w:val="15"/>
              </w:rPr>
              <w:t>CLOSED BY (OFFICE)</w:t>
            </w:r>
          </w:p>
        </w:tc>
      </w:tr>
      <w:tr>
        <w:trPr>
          <w:trHeight w:val="1200" w:hRule="atLeast"/>
        </w:trPr>
        <w:tc>
          <w:tcPr>
            <w:tcW w:type="dxa" w:w="54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  <w:tc>
          <w:tcPr>
            <w:tcW w:type="dxa" w:w="5400"/>
            <w:tcBorders>
              <w:top w:val="single" w:sz="6" w:color="C9CBD3"/>
              <w:left w:val="single" w:sz="6" w:color="C9CBD3"/>
              <w:bottom w:val="single" w:sz="6" w:color="C9CBD3"/>
              <w:right w:val="single" w:sz="6" w:color="C9CBD3"/>
            </w:tcBorders>
          </w:tcPr>
          <w:p/>
        </w:tc>
      </w:tr>
    </w:tbl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order</dc:title>
  <dc:subject/>
  <dc:creator>Delegic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